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כתיבה טיעונית – ממדיבייט לפסקה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מרכיבי הפסקה הטיעונית: טענה, נימוק, ראיה, דוגמה, טענת נגד, הפרכה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מילות קישור מתאימות בין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סידור נכון של פסקה טיעונית וכתיבת פסקה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תפקיד המשפט?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טענת נגד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הפרכה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(מה אני חושב על הנושא, במשפט ברור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(הסיבה לטענה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(נתון או מחקר שמחזק את הנימוק)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(מקרה מוחשי שממחיש את הנימוק)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(מה יגידו מי שחושבים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(התשובה שלי לטענת הנגד)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במילת קישור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משום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אף על פי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יתרה מזו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הפסקה הטיעונית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לדעתי, כדאי שבכל כיתה תהיה ספרייה קטנה.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משום שכאשר ספרים זמינים, קוראים 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למשל, בכיתות שבהן יש פינת קריאה, תלמידים לוקחים ספר בהפסקה.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יש הטוענים שיש ספרייה גדולה בבית הספר ואין בכך צורך.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אולם ספר שנמצא במרחק יד מזמין קריאה גם ברגעים קצרים.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לסיכום, ספרייה כיתתית תטפח אהבת קריאה.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משפט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משום שפעילות גופנית משפרת ריכוז ובריאות.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אולם כמה דקות תנועה מחזירות ריכוז ללימודים.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שכל המרכיבים קיימים, שהסדר הגיוני, ושיש לפחות שתי מילות קישור מתאימות.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הוא הסבר, ראיה היא נתון או עובדה שמחזקת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ניגוד: אולם/אך, סיכום: לסיכום/לאור האמור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נימוק, דוגמה, טענת נגד, הפרכה, 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תרגול 1 בעל פה לפני המעבר לכתיבה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מוכנה מהזירה לפני 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כתיבה טיעונית – ממדיבייט לפסקה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המושגים של כתיבה טיעונית, בדיוק כמו בזירת הדיבייט: טענה, נימוק, ראיה, דוגמה, טענת נגד, הפרכה וסיכום, וגם מילות קישור שמחברות בין המשפטים.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מה תפקיד המשפט?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לדעתי, כדאי לאסור טלפונים בהפסקות.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משום שבהפסקה חשוב לשחק ולדבר פנים אל פנים.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טענת נגד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סקר בשכבה מצא שרובנו מדברים פחות כשהטלפון ביד.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יש הטוענים שהטלפון עוזר להירגע.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טענת נגד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אולם אפשר להירגע גם במשחק או בשיחה עם חברים.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דוגמה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נתון או מחקר שמחזק את הנימוק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יגידו מי שחושבים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ראיה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אני חושב על הנושא, במשפט ברור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התשובה שלי לטענת הנגד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טענת נגד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מקרה מוחשי שממחיש את הנימוק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הפרכה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הסיבה לטענה שלי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במילת קישור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רצינו לצאת לטיול, __________ ירד גשם חזק.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ירד גשם חזק, __________ נשארנו בבית.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נשארנו בבית __________ ירד גשם חזק.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המשחק קשה, הוא מהנה מאוד.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קריאה מרחיבה את אוצר המילים. __________, היא מפתחת את הדמיון.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הפסקה הטיעונית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הטוענים שיש ספרייה גדולה בבית הספר ואין בכך צורך.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למשל, בכיתות שבהן יש פינת קריאה, תלמידים לוקחים ספר בהפסקה.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משום שכאשר ספרים זמינים, קוראים יותר.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לדעתי, כדאי שבכל כיתה תהיה ספרייה קטנה.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לסיכום, ספרייה כיתתית תטפח אהבת קריאה.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אולם ספר שנמצא במרחק יד מזמין קריאה גם ברגעים קצרים.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משפט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נימוק אחד לטענה: כדאי להוסיף שיעור ספורט נוסף בבית הספר.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הפרכה לטענת הנגד: יש הטוענים שספורט גוזל זמן מהלימודים.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לדיון (למשל: טלפונים בהפסקות, ספרייה כיתתית, שיעור מחוץ לכיתה) וכתבו פסקה טיעונית בת 6-8 משפטים הכוללת: טענה, נימוק, ראיה, דוגמה, טענת נגד, הפרכה וסיכום.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ההבדל בין נימוק לראיה?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מילת קישור אחת לניגוד ומילה אחת לסיכום.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הסדר הנכון של פסקה טיעונית?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כתיבה טיעונית – ממדיבייט לפסקה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