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ממדיבייט לפסקה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מרכיבי הפסקה הטיעונית: טענה, נימוק, ראיה, דוגמה, טענת נגד, הפרכה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לבחור מילות קישור מתאימות בין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נכון של פסקה טיעונית וכתיבת פסקה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תפקיד המשפט?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(מה אני חושב על הנושא, במשפט ברור אחד)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(הסיבה לטענה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(נתון או מחקר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(מקרה מוחשי שממחיש את הנימוק)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במילת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הפסקה הטיעונית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לדעתי, כדאי שבכל כיתה תהיה ספרייה קטנה.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משום שכאשר ספרים זמינים, קוראים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לסיכום, ספרייה כיתתית תטפח אהבת קריאה.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משפט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משום שפעילות גופנית משפרת ריכוז ובריאות.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שכל המרכיבים קיימים, שהסדר הגיוני, ושיש לפחות שתי מילות קישור מתאימות.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הסבר, ראיה היא נתון או עובדה שמחזקת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ניגוד: אולם/אך, סיכום: לסיכום/לאור האמור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דוגמה, טענת נגד, הפרכה,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תרגול 1 בעל פה לפני המעבר לכתיבה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מוכנה מהזירה לפני 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 – ממדיבייט לפסקה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המושגים של כתיבה טיעונית, בדיוק כמו בזירת הדיבייט: טענה, נימוק, ראיה, דוגמה, טענת נגד, הפרכה וסיכום, וגם מילות קישור שמחברות בין המשפטים.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לכן  ·  אולם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מה תפקיד המשפט?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לדעתי, כדאי לאסור טלפונים בהפסקות.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ראיה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משום שבהפסקה חשוב לשחק ולדבר פנים אל פנים.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דוגמה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נתון או מחקר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מקרה מוחשי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ראיה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אני חושב על הנושא, במשפט ברור אחד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הסיבה לטענה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במילת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רצינו לצאת לטיול, __________ ירד גשם חזק.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ירד גשם חזק, __________ נשארנו בבית.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הפסקה הטיעונית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משום שכאשר ספרים זמינים, קוראים יותר.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לסיכום, ספרייה כיתתית תטפח אהבת קריאה.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לדעתי, כדאי שבכל כיתה תהיה ספרייה קטנה.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משפט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נימוק אחד לטענה: כדאי להוסיף שיעור ספורט נוסף בבית הספר.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לדיון (למשל: טלפונים בהפסקות, ספרייה כיתתית, שיעור מחוץ לכיתה) וכתבו פסקה טיעונית בת 6-8 משפטים הכוללת: טענה, נימוק, ראיה, דוגמה, טענת נגד, הפרכה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ההבדל בין נימוק לראיה?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מילת קישור אחת לניגוד ומילה אחת לסיכום.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 – ממדיבייט לפסקה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